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D880EC" w14:textId="2D8E2254" w:rsidR="00F81F5F" w:rsidRDefault="00000000">
      <w:pPr>
        <w:pStyle w:val="Title"/>
      </w:pPr>
      <w:r>
        <w:t>Passenger &amp; Witness</w:t>
      </w:r>
      <w:r w:rsidR="0003640A">
        <w:t xml:space="preserve"> </w:t>
      </w:r>
      <w:r>
        <w:t>Information and Statement Form</w:t>
      </w:r>
    </w:p>
    <w:p w14:paraId="7BD6B326" w14:textId="77777777" w:rsidR="00F81F5F" w:rsidRDefault="00000000">
      <w:r>
        <w:rPr>
          <w:b/>
        </w:rPr>
        <w:t>Public Transit Accident or Incident</w:t>
      </w:r>
    </w:p>
    <w:p w14:paraId="76A3BBB4" w14:textId="77777777" w:rsidR="00F81F5F" w:rsidRDefault="00000000">
      <w:r>
        <w:t>Use a separate form for each person. Complete when it is safe to do so. Describe only what you personally saw, heard, or experienced. If you do not know or remember, say so.</w:t>
      </w:r>
    </w:p>
    <w:p w14:paraId="0264CED2" w14:textId="77777777" w:rsidR="00F81F5F" w:rsidRDefault="00000000">
      <w:pPr>
        <w:pStyle w:val="Heading1"/>
      </w:pPr>
      <w:r>
        <w:t>Accident or Incident Information</w:t>
      </w:r>
    </w:p>
    <w:p w14:paraId="705F0D73" w14:textId="171E0B38" w:rsidR="00F81F5F" w:rsidRDefault="00000000">
      <w:r>
        <w:t>Agency: _____________________________</w:t>
      </w:r>
      <w:r w:rsidR="0003640A">
        <w:t>_</w:t>
      </w:r>
      <w:r>
        <w:t xml:space="preserve">  </w:t>
      </w:r>
      <w:r w:rsidR="0003640A">
        <w:t>Location</w:t>
      </w:r>
      <w:r>
        <w:t>: __________________</w:t>
      </w:r>
      <w:r w:rsidR="0003640A">
        <w:t>_____________________________</w:t>
      </w:r>
    </w:p>
    <w:p w14:paraId="158462CC" w14:textId="77777777" w:rsidR="0003640A" w:rsidRPr="0003640A" w:rsidRDefault="0003640A">
      <w:pPr>
        <w:rPr>
          <w:sz w:val="10"/>
          <w:szCs w:val="10"/>
        </w:rPr>
      </w:pPr>
    </w:p>
    <w:p w14:paraId="0CDF41A4" w14:textId="54B09657" w:rsidR="00F81F5F" w:rsidRDefault="00000000">
      <w:r>
        <w:t>Event date: ____________  Time: _________  Vehicle/unit: ______________</w:t>
      </w:r>
    </w:p>
    <w:p w14:paraId="6C34E08D" w14:textId="77777777" w:rsidR="0003640A" w:rsidRPr="0003640A" w:rsidRDefault="0003640A">
      <w:pPr>
        <w:pStyle w:val="Heading1"/>
        <w:rPr>
          <w:sz w:val="18"/>
          <w:szCs w:val="20"/>
        </w:rPr>
      </w:pPr>
    </w:p>
    <w:p w14:paraId="6BE5DC7C" w14:textId="074B3B76" w:rsidR="00F81F5F" w:rsidRDefault="00000000">
      <w:pPr>
        <w:pStyle w:val="Heading1"/>
      </w:pPr>
      <w:r>
        <w:t>Person Providing the Statement</w:t>
      </w:r>
    </w:p>
    <w:p w14:paraId="6C486BD1" w14:textId="493069D2" w:rsidR="00F81F5F" w:rsidRDefault="00000000">
      <w:r>
        <w:t>Name: _____________________________</w:t>
      </w:r>
      <w:r w:rsidR="0003640A">
        <w:t>___ Phone: ________________  Email: __________________________</w:t>
      </w:r>
    </w:p>
    <w:p w14:paraId="315D2AFC" w14:textId="77777777" w:rsidR="00F81F5F" w:rsidRDefault="00000000">
      <w:r>
        <w:t>Role:  ☐ Passenger   ☐ Witness outside the vehicle   ☐ Other: _______________________</w:t>
      </w:r>
    </w:p>
    <w:p w14:paraId="5F59719E" w14:textId="77777777" w:rsidR="00F81F5F" w:rsidRDefault="00000000">
      <w:r>
        <w:t>Preferred contact method:  ☐ Phone   ☐ Email   ☐ Other: ___________________________</w:t>
      </w:r>
    </w:p>
    <w:p w14:paraId="0568B283" w14:textId="77777777" w:rsidR="00F81F5F" w:rsidRDefault="00000000">
      <w:r>
        <w:t>Where were you seated, standing, or located when the event occurred?</w:t>
      </w:r>
    </w:p>
    <w:p w14:paraId="1C950596" w14:textId="06FB5C4C" w:rsidR="00F81F5F" w:rsidRDefault="0003640A">
      <w:r>
        <w:t>Details: ______________________________________________________________________________________</w:t>
      </w:r>
    </w:p>
    <w:p w14:paraId="26827655" w14:textId="77777777" w:rsidR="0003640A" w:rsidRDefault="00000000" w:rsidP="0003640A">
      <w:pPr>
        <w:pStyle w:val="Heading1"/>
      </w:pPr>
      <w:r>
        <w:t>Your Statement</w:t>
      </w:r>
      <w:r w:rsidR="0003640A">
        <w:t xml:space="preserve">: </w:t>
      </w:r>
    </w:p>
    <w:p w14:paraId="63BD5AB5" w14:textId="103D9B7B" w:rsidR="00F81F5F" w:rsidRPr="0003640A" w:rsidRDefault="00000000" w:rsidP="0003640A">
      <w:pPr>
        <w:pStyle w:val="Heading1"/>
        <w:rPr>
          <w:b w:val="0"/>
          <w:bCs w:val="0"/>
        </w:rPr>
      </w:pPr>
      <w:r w:rsidRPr="0003640A">
        <w:rPr>
          <w:b w:val="0"/>
          <w:bCs w:val="0"/>
        </w:rPr>
        <w:t>In your own words, describe what happened before, during, and after the event. Include any injuries, assistance received, or other details you personally experienced. Use the back or attach another page if needed; include your name and the report number on each page.</w:t>
      </w:r>
    </w:p>
    <w:p w14:paraId="724DC092" w14:textId="12AB0429" w:rsidR="00F81F5F" w:rsidRDefault="00000000" w:rsidP="0003640A">
      <w:pPr>
        <w:spacing w:after="180" w:line="276" w:lineRule="auto"/>
      </w:pPr>
      <w:r>
        <w:t>___________________________________________________________________________</w:t>
      </w:r>
      <w:r w:rsidR="0003640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067C8D" w14:textId="1ACF68EC" w:rsidR="0003640A" w:rsidRDefault="00000000" w:rsidP="0003640A">
      <w:r>
        <w:rPr>
          <w:rFonts w:ascii="Segoe UI Symbol" w:hAnsi="Segoe UI Symbol" w:cs="Segoe UI Symbol"/>
        </w:rPr>
        <w:t>☐</w:t>
      </w:r>
      <w:r>
        <w:t xml:space="preserve"> Statement continued on back or attached page(s).</w:t>
      </w:r>
    </w:p>
    <w:p w14:paraId="03C2D22D" w14:textId="77777777" w:rsidR="0003640A" w:rsidRPr="0003640A" w:rsidRDefault="0003640A">
      <w:pPr>
        <w:pStyle w:val="Heading1"/>
        <w:rPr>
          <w:sz w:val="6"/>
          <w:szCs w:val="8"/>
        </w:rPr>
      </w:pPr>
    </w:p>
    <w:p w14:paraId="6F684B57" w14:textId="6F6B55AD" w:rsidR="00F81F5F" w:rsidRDefault="00000000">
      <w:pPr>
        <w:pStyle w:val="Heading1"/>
      </w:pPr>
      <w:r>
        <w:t>Review and Signature</w:t>
      </w:r>
    </w:p>
    <w:p w14:paraId="0F1F466A" w14:textId="77777777" w:rsidR="00F81F5F" w:rsidRDefault="00000000">
      <w:r>
        <w:t>I have reviewed this statement. It reflects what I personally observed or experienced to the best of my knowledge and recollection.</w:t>
      </w:r>
    </w:p>
    <w:p w14:paraId="3DDD0316" w14:textId="1D7C26D8" w:rsidR="00F81F5F" w:rsidRDefault="00000000" w:rsidP="0003640A">
      <w:pPr>
        <w:spacing w:line="360" w:lineRule="auto"/>
      </w:pPr>
      <w:r>
        <w:t>Signature: __________________________________</w:t>
      </w:r>
      <w:r w:rsidR="0003640A">
        <w:t>______________</w:t>
      </w:r>
      <w:r>
        <w:t xml:space="preserve">  Date/time: _____________________</w:t>
      </w:r>
    </w:p>
    <w:p w14:paraId="62CC2DC5" w14:textId="77777777" w:rsidR="00F81F5F" w:rsidRDefault="00000000" w:rsidP="0003640A">
      <w:pPr>
        <w:spacing w:line="360" w:lineRule="auto"/>
      </w:pPr>
      <w:r>
        <w:t>Writer/interpreter name and role, if used: ________________________________________</w:t>
      </w:r>
    </w:p>
    <w:p w14:paraId="4E04C30B" w14:textId="6212D944" w:rsidR="00F81F5F" w:rsidRDefault="00000000" w:rsidP="0003640A">
      <w:pPr>
        <w:spacing w:line="360" w:lineRule="auto"/>
      </w:pPr>
      <w:r>
        <w:t>Received by: _________________________________</w:t>
      </w:r>
      <w:r w:rsidR="0003640A">
        <w:t>______________</w:t>
      </w:r>
      <w:r>
        <w:t xml:space="preserve">  Date/time: _____________________</w:t>
      </w:r>
    </w:p>
    <w:p w14:paraId="632A78DB" w14:textId="77777777" w:rsidR="0003640A" w:rsidRDefault="0003640A">
      <w:pPr>
        <w:rPr>
          <w:sz w:val="18"/>
        </w:rPr>
      </w:pPr>
    </w:p>
    <w:p w14:paraId="27BB6D17" w14:textId="21F8DC5C" w:rsidR="00F81F5F" w:rsidRDefault="00000000">
      <w:r>
        <w:rPr>
          <w:sz w:val="18"/>
        </w:rPr>
        <w:t>Agency use: Handle completed forms according to agency privacy and records procedures.</w:t>
      </w:r>
    </w:p>
    <w:sectPr w:rsidR="00F81F5F"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3168295">
    <w:abstractNumId w:val="8"/>
  </w:num>
  <w:num w:numId="2" w16cid:durableId="720639727">
    <w:abstractNumId w:val="6"/>
  </w:num>
  <w:num w:numId="3" w16cid:durableId="1685936616">
    <w:abstractNumId w:val="5"/>
  </w:num>
  <w:num w:numId="4" w16cid:durableId="1449204985">
    <w:abstractNumId w:val="4"/>
  </w:num>
  <w:num w:numId="5" w16cid:durableId="989097410">
    <w:abstractNumId w:val="7"/>
  </w:num>
  <w:num w:numId="6" w16cid:durableId="1061557468">
    <w:abstractNumId w:val="3"/>
  </w:num>
  <w:num w:numId="7" w16cid:durableId="766968972">
    <w:abstractNumId w:val="2"/>
  </w:num>
  <w:num w:numId="8" w16cid:durableId="1365246929">
    <w:abstractNumId w:val="1"/>
  </w:num>
  <w:num w:numId="9" w16cid:durableId="19541661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640A"/>
    <w:rsid w:val="0006063C"/>
    <w:rsid w:val="0015074B"/>
    <w:rsid w:val="00153491"/>
    <w:rsid w:val="0029639D"/>
    <w:rsid w:val="00326F90"/>
    <w:rsid w:val="00AA1D8D"/>
    <w:rsid w:val="00AA571D"/>
    <w:rsid w:val="00B47730"/>
    <w:rsid w:val="00CB0664"/>
    <w:rsid w:val="00F81F5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ED5118"/>
  <w14:defaultImageDpi w14:val="300"/>
  <w15:docId w15:val="{11291E64-1AA3-F644-97D0-67F8423ED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openxmlformats.org/officeDocument/2006/relationships/customXml" Target="../customXml/item5.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54796CB0A83E46BD716FC00301F52C" ma:contentTypeVersion="18" ma:contentTypeDescription="Create a new document." ma:contentTypeScope="" ma:versionID="6e0f71d2301e4c85fa4f98bc3a84d3b1">
  <xsd:schema xmlns:xsd="http://www.w3.org/2001/XMLSchema" xmlns:xs="http://www.w3.org/2001/XMLSchema" xmlns:p="http://schemas.microsoft.com/office/2006/metadata/properties" xmlns:ns1="http://schemas.microsoft.com/sharepoint/v3" xmlns:ns2="16f00c2e-ac5c-418b-9f13-a0771dbd417d" xmlns:ns3="22628367-0b69-470b-87b0-d04b2383f766" targetNamespace="http://schemas.microsoft.com/office/2006/metadata/properties" ma:root="true" ma:fieldsID="d9ad08312aa72492a61c57078db52692" ns1:_="" ns2:_="" ns3:_="">
    <xsd:import namespace="http://schemas.microsoft.com/sharepoint/v3"/>
    <xsd:import namespace="16f00c2e-ac5c-418b-9f13-a0771dbd417d"/>
    <xsd:import namespace="22628367-0b69-470b-87b0-d04b2383f766"/>
    <xsd:element name="properties">
      <xsd:complexType>
        <xsd:sequence>
          <xsd:element name="documentManagement">
            <xsd:complexType>
              <xsd:all>
                <xsd:element ref="ns2:_dlc_DocId" minOccurs="0"/>
                <xsd:element ref="ns2:_dlc_DocIdUrl" minOccurs="0"/>
                <xsd:element ref="ns2:_dlc_DocIdPersistId" minOccurs="0"/>
                <xsd:element ref="ns1:URL" minOccurs="0"/>
                <xsd:element ref="ns2:SharedWithUsers" minOccurs="0"/>
                <xsd:element ref="ns3: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1"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628367-0b69-470b-87b0-d04b2383f766" elementFormDefault="qualified">
    <xsd:import namespace="http://schemas.microsoft.com/office/2006/documentManagement/types"/>
    <xsd:import namespace="http://schemas.microsoft.com/office/infopath/2007/PartnerControls"/>
    <xsd:element name="Location" ma:index="13" nillable="true" ma:displayName="Location" ma:internalName="Loc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Location xmlns="22628367-0b69-470b-87b0-d04b2383f766"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48A5434-CEC3-4F07-ADA4-A140C5F6D091}"/>
</file>

<file path=customXml/itemProps3.xml><?xml version="1.0" encoding="utf-8"?>
<ds:datastoreItem xmlns:ds="http://schemas.openxmlformats.org/officeDocument/2006/customXml" ds:itemID="{6A77A985-EAC0-451F-B65E-2F88AA4B1C64}"/>
</file>

<file path=customXml/itemProps4.xml><?xml version="1.0" encoding="utf-8"?>
<ds:datastoreItem xmlns:ds="http://schemas.openxmlformats.org/officeDocument/2006/customXml" ds:itemID="{A0E3C273-A745-4E1A-A695-9222DB5EA8C7}"/>
</file>

<file path=customXml/itemProps5.xml><?xml version="1.0" encoding="utf-8"?>
<ds:datastoreItem xmlns:ds="http://schemas.openxmlformats.org/officeDocument/2006/customXml" ds:itemID="{A4FC3E26-A26F-4740-86D1-3CC6316A0721}"/>
</file>

<file path=docProps/app.xml><?xml version="1.0" encoding="utf-8"?>
<Properties xmlns="http://schemas.openxmlformats.org/officeDocument/2006/extended-properties" xmlns:vt="http://schemas.openxmlformats.org/officeDocument/2006/docPropsVTypes">
  <Template>Normal.dotm</Template>
  <TotalTime>0</TotalTime>
  <Pages>1</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Passenger &amp; Witness Information and Statement Form</dc:title>
  <dc:subject/>
  <dc:creator>Lenzy Williams</dc:creator>
  <cp:keywords/>
  <dc:description>generated by python-docx</dc:description>
  <cp:lastModifiedBy>Lenzy Williams</cp:lastModifiedBy>
  <cp:revision>2</cp:revision>
  <dcterms:created xsi:type="dcterms:W3CDTF">2026-09-22T01:38:00Z</dcterms:created>
  <dcterms:modified xsi:type="dcterms:W3CDTF">2026-09-22T01:38:00Z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0x0101004F54796CB0A83E46BD716FC00301F52C</vt:lpwstr>
  </property>
  <property fmtid="{D5CDD505-2E9C-101B-9397-08002B2CF9AE}" pid="3" name="Order">
    <vt:r8>17100</vt:r8>
  </property>
</Properties>
</file>